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Lieferschein Österreich</w:t>
      </w:r>
    </w:p>
    <w:p>
      <w:r>
        <w:t>Aussteller: [Firma / Rechtsform]</w:t>
        <w:br/>
        <w:t>[Anschrift / Sitz / Kontakt]</w:t>
      </w:r>
    </w:p>
    <w:p>
      <w:r>
        <w:t>Lieferempfänger: [Firma / Person]</w:t>
        <w:br/>
        <w:t>[Lieferanschrift / Ansprechpartner]</w:t>
      </w:r>
    </w:p>
    <w:p>
      <w:r>
        <w:t>Lieferscheinnummer: LS-2026-0001</w:t>
        <w:br/>
        <w:t>Ausstellungsdatum: 01.10.2026 · Lieferdatum: [tatsächliches Datum]</w:t>
        <w:br/>
        <w:t>Auftrag / Bestellung: AB-2026-0042 · Versandart: [Paket / Abholung / Spedition]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Artikel / Bezeichnung</w:t>
            </w:r>
          </w:p>
        </w:tc>
        <w:tc>
          <w:tcPr>
            <w:tcW w:type="dxa" w:w="2466"/>
          </w:tcPr>
          <w:p>
            <w:r>
              <w:t>Geliefert</w:t>
            </w:r>
          </w:p>
        </w:tc>
        <w:tc>
          <w:tcPr>
            <w:tcW w:type="dxa" w:w="2466"/>
          </w:tcPr>
          <w:p>
            <w:r>
              <w:t>Einheit</w:t>
            </w:r>
          </w:p>
        </w:tc>
        <w:tc>
          <w:tcPr>
            <w:tcW w:type="dxa" w:w="2466"/>
          </w:tcPr>
          <w:p>
            <w:r>
              <w:t>Rückstand</w:t>
            </w:r>
          </w:p>
        </w:tc>
      </w:tr>
      <w:tr>
        <w:tc>
          <w:tcPr>
            <w:tcW w:type="dxa" w:w="2466"/>
          </w:tcPr>
          <w:p>
            <w:r>
              <w:t>[Artikel A / eindeutige Bezeichnung]</w:t>
            </w:r>
          </w:p>
        </w:tc>
        <w:tc>
          <w:tcPr>
            <w:tcW w:type="dxa" w:w="2466"/>
          </w:tcPr>
          <w:p>
            <w:r>
              <w:t>8</w:t>
            </w:r>
          </w:p>
        </w:tc>
        <w:tc>
          <w:tcPr>
            <w:tcW w:type="dxa" w:w="2466"/>
          </w:tcPr>
          <w:p>
            <w:r>
              <w:t>Stk.</w:t>
            </w:r>
          </w:p>
        </w:tc>
        <w:tc>
          <w:tcPr>
            <w:tcW w:type="dxa" w:w="2466"/>
          </w:tcPr>
          <w:p>
            <w:r>
              <w:t>2 Stk.</w:t>
            </w:r>
          </w:p>
        </w:tc>
      </w:tr>
      <w:tr>
        <w:tc>
          <w:tcPr>
            <w:tcW w:type="dxa" w:w="2466"/>
          </w:tcPr>
          <w:p>
            <w:r>
              <w:t>[Artikel B / eindeutige Bezeichnung]</w:t>
            </w:r>
          </w:p>
        </w:tc>
        <w:tc>
          <w:tcPr>
            <w:tcW w:type="dxa" w:w="2466"/>
          </w:tcPr>
          <w:p>
            <w:r>
              <w:t>[Ist-Menge]</w:t>
            </w:r>
          </w:p>
        </w:tc>
        <w:tc>
          <w:tcPr>
            <w:tcW w:type="dxa" w:w="2466"/>
          </w:tcPr>
          <w:p>
            <w:r>
              <w:t>[Einheit]</w:t>
            </w:r>
          </w:p>
        </w:tc>
        <w:tc>
          <w:tcPr>
            <w:tcW w:type="dxa" w:w="2466"/>
          </w:tcPr>
          <w:p>
            <w:r>
              <w:t>[Restmenge]</w:t>
            </w:r>
          </w:p>
        </w:tc>
      </w:tr>
    </w:tbl>
    <w:p>
      <w:r>
        <w:t>Teillieferung: Im Beispiel sind von zehn bestellten Stück acht tatsächlich geliefert. Zwei Stück bleiben offen; Folgetermin: [abgestimmter Termin]. Rückstände sind keine bestätigte Lieferung.</w:t>
      </w:r>
    </w:p>
    <w:p>
      <w:pPr>
        <w:pStyle w:val="Heading2"/>
      </w:pPr>
      <w:r>
        <w:t>Übergabe und Abweichungen</w:t>
      </w:r>
    </w:p>
    <w:p>
      <w:r>
        <w:t>Empfangen am / um: _________________________________</w:t>
        <w:br/>
        <w:t>Empfangende Person / Funktion: _______________________</w:t>
        <w:br/>
        <w:t>Fehlmengen, sichtbare Schäden oder Vorbehalte: __________</w:t>
        <w:br/>
        <w:t>___________________________________________________</w:t>
        <w:br/>
        <w:t>Unterschrift (sofern vereinbart): _______________________</w:t>
      </w:r>
    </w:p>
    <w:p>
      <w:r>
        <w:t>Die Empfangsangaben dokumentieren die Übergabe im angegebenen Umfang. Eine vorbehaltlose Mängelfreiheit oder vertragliche Abnahme wird damit nicht pauschal erklärt.</w:t>
      </w:r>
    </w:p>
    <w:p>
      <w:pPr>
        <w:pStyle w:val="Heading2"/>
      </w:pPr>
      <w:r>
        <w:t>Geschäftsangaben vor Verwendung ergänzen</w:t>
      </w:r>
    </w:p>
    <w:p>
      <w:r>
        <w:t>[Firma, Rechtsform und Sitz]</w:t>
        <w:br/>
        <w:t>[Firmenbuchnummer und Firmenbuchgericht, soweit erforderlich]</w:t>
        <w:br/>
        <w:t>[Weitere rechtsformabhängige Angaben / ggf. Liquidationshinweis]</w:t>
      </w:r>
    </w:p>
    <w:p>
      <w:r>
        <w:t>Keine Rechnung – keine Zahlungsforderung. Preise, Umsatzsteuer und Zahlbetrag sind bewusst nicht enthalten. Die Vorlage ersetzt keine Export-, Fracht-, Gefahrgut- oder besonderen Steuerbelege. Lieferdatum, Ist-Mengen und Unternehmensangaben vor Verwendung prüfen.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Stand: 1. Oktober 2026 · invoify.at/blog/lieferschein-oesterreich · Redaktionelle Vorlage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Lieferschein Österreich</dc:title>
  <dc:subject/>
  <dc:creator>Invoify Redaktion</dc:creator>
  <cp:keywords/>
  <dc:description>generated by python-docx</dc:description>
  <cp:lastModifiedBy/>
  <cp:revision>1</cp:revision>
  <dcterms:created xsi:type="dcterms:W3CDTF">2026-10-01T10:00:00Z</dcterms:created>
  <dcterms:modified xsi:type="dcterms:W3CDTF">2026-10-01T10:00:00Z</dcterms:modified>
  <cp:category/>
</cp:coreProperties>
</file>