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7382B"/>
        </w:rPr>
        <w:t>VORLAGE · FIKTIVES BEISPIEL · ALLE DATEN ANPASSEN</w:t>
      </w:r>
    </w:p>
    <w:p>
      <w:pPr>
        <w:pStyle w:val="Title"/>
      </w:pPr>
      <w:r>
        <w:t>Honorarnote – Workshop Österreich</w:t>
      </w:r>
    </w:p>
    <w:p>
      <w:r>
        <w:t>Aussteller: [Vollständiger Name / Firma und Rechtsform]</w:t>
        <w:br/>
        <w:t>[Vollständige Anschrift]</w:t>
        <w:br/>
        <w:t>UID: [eigene UID im angenommenen Regelsteuerfall]</w:t>
      </w:r>
    </w:p>
    <w:p>
      <w:r>
        <w:t>Empfänger: [Vollständiger Auftraggeber]</w:t>
        <w:br/>
        <w:t>[Vollständige Rechnungsanschrift]</w:t>
        <w:br/>
        <w:t>Empfänger-UID: [ergänzen, soweit erforderlich]</w:t>
      </w:r>
    </w:p>
    <w:p>
      <w:r>
        <w:t>Fortlaufende Nummer: [Nummer] · Ausstellungsdatum: [Datum]</w:t>
        <w:br/>
        <w:t>Leistungsdatum: [tatsächlicher Workshoptermin]</w:t>
        <w:br/>
        <w:t>Auftrag: [Referenz] · Thema / Ort: [Angaben]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c>
          <w:tcPr>
            <w:tcW w:type="dxa" w:w="2466"/>
          </w:tcPr>
          <w:p>
            <w:r>
              <w:t>Leistung</w:t>
            </w:r>
          </w:p>
        </w:tc>
        <w:tc>
          <w:tcPr>
            <w:tcW w:type="dxa" w:w="2466"/>
          </w:tcPr>
          <w:p>
            <w:r>
              <w:t>Menge</w:t>
            </w:r>
          </w:p>
        </w:tc>
        <w:tc>
          <w:tcPr>
            <w:tcW w:type="dxa" w:w="2466"/>
          </w:tcPr>
          <w:p>
            <w:r>
              <w:t>Einzel netto</w:t>
            </w:r>
          </w:p>
        </w:tc>
        <w:tc>
          <w:tcPr>
            <w:tcW w:type="dxa" w:w="2466"/>
          </w:tcPr>
          <w:p>
            <w:r>
              <w:t>Gesamt netto</w:t>
            </w:r>
          </w:p>
        </w:tc>
      </w:tr>
      <w:tr>
        <w:tc>
          <w:tcPr>
            <w:tcW w:type="dxa" w:w="2466"/>
          </w:tcPr>
          <w:p>
            <w:r>
              <w:t>Workshop laut Auftrag [Referenz]</w:t>
            </w:r>
          </w:p>
        </w:tc>
        <w:tc>
          <w:tcPr>
            <w:tcW w:type="dxa" w:w="2466"/>
          </w:tcPr>
          <w:p>
            <w:r>
              <w:t>4 Std.</w:t>
            </w:r>
          </w:p>
        </w:tc>
        <w:tc>
          <w:tcPr>
            <w:tcW w:type="dxa" w:w="2466"/>
          </w:tcPr>
          <w:p>
            <w:r>
              <w:t>150,00 €</w:t>
            </w:r>
          </w:p>
        </w:tc>
        <w:tc>
          <w:tcPr>
            <w:tcW w:type="dxa" w:w="2466"/>
          </w:tcPr>
          <w:p>
            <w:r>
              <w:t>600,00 €</w:t>
            </w:r>
          </w:p>
        </w:tc>
      </w:tr>
    </w:tbl>
    <w:p>
      <w:r>
        <w:t>Netto: 600,00 €</w:t>
        <w:br/>
        <w:t>Umsatzsteuer 20 %: 120,00 €</w:t>
        <w:br/>
        <w:t>Gesamtbetrag: 720,00 €</w:t>
      </w:r>
    </w:p>
    <w:p>
      <w:r>
        <w:t>Umfang: vier tatsächlich durchgeführte Workshopstunden. Thema, Ort und Datum aus dem Durchführungsnachweis übernehmen; keine vertraulichen Teilnehmerdaten eintragen.</w:t>
      </w:r>
    </w:p>
    <w:p>
      <w:r>
        <w:t>Zahlungsziel: [vereinbarte Frist / Datum]</w:t>
        <w:br/>
        <w:t>Kontoinhaber / IBAN: [eigene, geprüfte Angaben]</w:t>
        <w:br/>
        <w:t>Verwendungszweck: [Nummer]</w:t>
      </w:r>
    </w:p>
    <w:p>
      <w:r>
        <w:t>Fiktives Muster einer steuerpflichtigen Inlandsleistung mit 20 %. Trainer- oder Bildungstätigkeit ist nicht automatisch steuerbefreit. Bei Kleinunternehmerbefreiung keinen Steuerbetrag ausweisen; Voraussetzungen und zutreffenden Hinweis vorher prüfen.</w:t>
      </w:r>
    </w:p>
    <w:p>
      <w:r>
        <w:t>Einzelrechnung ohne Vorschuss; gewöhnliche Word-/PDF-Vorlage, keine strukturierte E-Rechnung. Invoify verwendet in der App den Standardtitel Rechnung, keinen frei wählbaren Honorarnote-Titel. Platzhalter und erforderliche Geschäftsangaben vor Versand vervollständigen.</w:t>
      </w:r>
    </w:p>
    <w:sectPr w:rsidR="00FC693F" w:rsidRPr="0006063C" w:rsidSect="00034616">
      <w:footerReference w:type="default" r:id="rId9"/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Stand: 2. Oktober 2026 · invoify.at/blog/honorarnote-vorlage-oesterreich · Redaktionelle Vorlage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Honorarnote – Workshop Österreich</dc:title>
  <dc:subject/>
  <dc:creator>Invoify Redaktion</dc:creator>
  <cp:keywords/>
  <dc:description>generated by python-docx</dc:description>
  <cp:lastModifiedBy/>
  <cp:revision>1</cp:revision>
  <dcterms:created xsi:type="dcterms:W3CDTF">2026-10-02T10:00:00Z</dcterms:created>
  <dcterms:modified xsi:type="dcterms:W3CDTF">2026-10-02T10:00:00Z</dcterms:modified>
  <cp:category/>
</cp:coreProperties>
</file>